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2023-02-01 17:12:34</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1988"/>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 docx);</w:t>
      </w:r>
      <w:bookmarkEnd w:id="108"/>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2-01T17:12:51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2-01T17:12:51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 docx);</w:t>
      </w:r>
      <w:bookmarkEnd w:id="167"/>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01T17:12:50Z" w:id="0">
    <w:p>
      <w:r>
        <w:t>深圳市天软科技开发有限公司</w:t>
      </w:r>
    </w:p>
  </w:comment>
  <w:comment w:author="Tinysoft" w:date="2023-02-01T17:12:50Z" w:id="1">
    <w:p>
      <w:r>
        <w:t>嵌套批注：Tinysoft</w:t>
      </w:r>
    </w:p>
  </w:comment>
  <w:comment w:author="Tinysoft" w:date="2023-02-01T17:12:50Z" w:id="2">
    <w:p>
      <w:r>
        <w:t>2层嵌套批注Tiny</w:t>
      </w:r>
    </w:p>
  </w:comment>
  <w:comment w:author="Tinysoft" w:date="2023-02-01T17:12:50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